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177D" w:rsidRPr="000E5C84" w:rsidRDefault="00000000">
      <w:pPr>
        <w:jc w:val="center"/>
        <w:rPr>
          <w:lang w:val="ru-RU"/>
        </w:rPr>
      </w:pPr>
      <w:r w:rsidRPr="000E5C84">
        <w:rPr>
          <w:b/>
          <w:lang w:val="ru-RU"/>
        </w:rPr>
        <w:t>ЗАЯВЛЕНИЕ</w:t>
      </w:r>
    </w:p>
    <w:p w:rsidR="0037177D" w:rsidRPr="000E5C84" w:rsidRDefault="00000000" w:rsidP="00733B5D">
      <w:pPr>
        <w:jc w:val="center"/>
        <w:rPr>
          <w:lang w:val="ru-RU"/>
        </w:rPr>
      </w:pPr>
      <w:r w:rsidRPr="000E5C84">
        <w:rPr>
          <w:lang w:val="ru-RU"/>
        </w:rPr>
        <w:t>на предоставление льготного бронирования мест</w:t>
      </w:r>
      <w:r w:rsidRPr="000E5C84">
        <w:rPr>
          <w:lang w:val="ru-RU"/>
        </w:rPr>
        <w:br/>
        <w:t>в муниципальном учреждении культуры</w:t>
      </w:r>
      <w:r w:rsidR="000E5C84">
        <w:rPr>
          <w:lang w:val="ru-RU"/>
        </w:rPr>
        <w:t xml:space="preserve"> Дворец культуры имени А.М. Добрынина</w:t>
      </w:r>
    </w:p>
    <w:p w:rsidR="0037177D" w:rsidRPr="000E5C84" w:rsidRDefault="00000000">
      <w:pPr>
        <w:rPr>
          <w:lang w:val="ru-RU"/>
        </w:rPr>
      </w:pPr>
      <w:r w:rsidRPr="000E5C84">
        <w:rPr>
          <w:lang w:val="ru-RU"/>
        </w:rPr>
        <w:br/>
        <w:t>От:</w:t>
      </w:r>
    </w:p>
    <w:p w:rsidR="0037177D" w:rsidRPr="000E5C84" w:rsidRDefault="00000000">
      <w:pPr>
        <w:rPr>
          <w:lang w:val="ru-RU"/>
        </w:rPr>
      </w:pPr>
      <w:r w:rsidRPr="000E5C84">
        <w:rPr>
          <w:lang w:val="ru-RU"/>
        </w:rPr>
        <w:t>Ф.И.О.: ____________________________________________</w:t>
      </w:r>
    </w:p>
    <w:p w:rsidR="0037177D" w:rsidRPr="000E5C84" w:rsidRDefault="00000000">
      <w:pPr>
        <w:rPr>
          <w:lang w:val="ru-RU"/>
        </w:rPr>
      </w:pPr>
      <w:r w:rsidRPr="000E5C84">
        <w:rPr>
          <w:lang w:val="ru-RU"/>
        </w:rPr>
        <w:t>Дата рождения: _____________________________________</w:t>
      </w:r>
    </w:p>
    <w:p w:rsidR="0037177D" w:rsidRPr="000E5C84" w:rsidRDefault="00000000">
      <w:pPr>
        <w:rPr>
          <w:lang w:val="ru-RU"/>
        </w:rPr>
      </w:pPr>
      <w:r w:rsidRPr="000E5C84">
        <w:rPr>
          <w:lang w:val="ru-RU"/>
        </w:rPr>
        <w:t>Контактный телефон: ________________________________</w:t>
      </w:r>
    </w:p>
    <w:p w:rsidR="0037177D" w:rsidRPr="000E5C84" w:rsidRDefault="00000000">
      <w:pPr>
        <w:rPr>
          <w:lang w:val="ru-RU"/>
        </w:rPr>
      </w:pPr>
      <w:r w:rsidRPr="000E5C84">
        <w:rPr>
          <w:lang w:val="ru-RU"/>
        </w:rPr>
        <w:t>Электронная почта (при наличии): ______________________</w:t>
      </w:r>
    </w:p>
    <w:p w:rsidR="0037177D" w:rsidRPr="000E5C84" w:rsidRDefault="00000000">
      <w:pPr>
        <w:rPr>
          <w:lang w:val="ru-RU"/>
        </w:rPr>
      </w:pPr>
      <w:r w:rsidRPr="000E5C84">
        <w:rPr>
          <w:lang w:val="ru-RU"/>
        </w:rPr>
        <w:br/>
        <w:t>Категория льготы:</w:t>
      </w:r>
    </w:p>
    <w:p w:rsidR="0037177D" w:rsidRPr="000E5C84" w:rsidRDefault="00000000">
      <w:pPr>
        <w:rPr>
          <w:lang w:val="ru-RU"/>
        </w:rPr>
      </w:pPr>
      <w:r w:rsidRPr="000E5C84">
        <w:rPr>
          <w:lang w:val="ru-RU"/>
        </w:rPr>
        <w:t>☐ Участник специальной военной операции (СВО)</w:t>
      </w:r>
    </w:p>
    <w:p w:rsidR="0037177D" w:rsidRPr="000E5C84" w:rsidRDefault="00000000">
      <w:pPr>
        <w:rPr>
          <w:lang w:val="ru-RU"/>
        </w:rPr>
      </w:pPr>
      <w:r w:rsidRPr="000E5C84">
        <w:rPr>
          <w:lang w:val="ru-RU"/>
        </w:rPr>
        <w:t>☐ Член семьи участника СВО (указать степень родства: __________________________)</w:t>
      </w:r>
    </w:p>
    <w:p w:rsidR="0037177D" w:rsidRPr="000E5C84" w:rsidRDefault="00000000">
      <w:pPr>
        <w:rPr>
          <w:lang w:val="ru-RU"/>
        </w:rPr>
      </w:pPr>
      <w:r w:rsidRPr="000E5C84">
        <w:rPr>
          <w:lang w:val="ru-RU"/>
        </w:rPr>
        <w:br/>
        <w:t>Прошу предоставить льготное бронирование мест</w:t>
      </w:r>
    </w:p>
    <w:p w:rsidR="0037177D" w:rsidRPr="000E5C84" w:rsidRDefault="00733B5D">
      <w:pPr>
        <w:rPr>
          <w:lang w:val="ru-RU"/>
        </w:rPr>
      </w:pPr>
      <w:r w:rsidRPr="000E5C84">
        <w:rPr>
          <w:lang w:val="ru-RU"/>
        </w:rPr>
        <w:t>В</w:t>
      </w:r>
      <w:r>
        <w:rPr>
          <w:lang w:val="ru-RU"/>
        </w:rPr>
        <w:t>о Дворце культуры им. А.М. Добрынина на мероприятие</w:t>
      </w:r>
      <w:r w:rsidR="00000000" w:rsidRPr="000E5C84">
        <w:rPr>
          <w:lang w:val="ru-RU"/>
        </w:rPr>
        <w:t xml:space="preserve"> _________________________________________________</w:t>
      </w:r>
    </w:p>
    <w:p w:rsidR="0037177D" w:rsidRPr="000E5C84" w:rsidRDefault="00000000">
      <w:pPr>
        <w:rPr>
          <w:lang w:val="ru-RU"/>
        </w:rPr>
      </w:pPr>
      <w:r w:rsidRPr="000E5C84">
        <w:rPr>
          <w:lang w:val="ru-RU"/>
        </w:rPr>
        <w:t>(наименование учреждения культуры / мероприятия)</w:t>
      </w:r>
    </w:p>
    <w:p w:rsidR="0037177D" w:rsidRPr="000E5C84" w:rsidRDefault="00000000">
      <w:pPr>
        <w:rPr>
          <w:lang w:val="ru-RU"/>
        </w:rPr>
      </w:pPr>
      <w:r w:rsidRPr="000E5C84">
        <w:rPr>
          <w:lang w:val="ru-RU"/>
        </w:rPr>
        <w:t>на дату: "__" ____________ 20__ года</w:t>
      </w:r>
    </w:p>
    <w:p w:rsidR="0037177D" w:rsidRPr="000E5C84" w:rsidRDefault="00000000">
      <w:pPr>
        <w:rPr>
          <w:lang w:val="ru-RU"/>
        </w:rPr>
      </w:pPr>
      <w:r w:rsidRPr="000E5C84">
        <w:rPr>
          <w:lang w:val="ru-RU"/>
        </w:rPr>
        <w:t>Время мероприятия (если известно): ____________________</w:t>
      </w:r>
    </w:p>
    <w:p w:rsidR="0037177D" w:rsidRPr="000E5C84" w:rsidRDefault="00000000">
      <w:pPr>
        <w:rPr>
          <w:lang w:val="ru-RU"/>
        </w:rPr>
      </w:pPr>
      <w:r w:rsidRPr="000E5C84">
        <w:rPr>
          <w:lang w:val="ru-RU"/>
        </w:rPr>
        <w:br/>
        <w:t>Количество мест: ____ человек</w:t>
      </w:r>
    </w:p>
    <w:p w:rsidR="0037177D" w:rsidRPr="00733B5D" w:rsidRDefault="00000000">
      <w:pPr>
        <w:rPr>
          <w:lang w:val="ru-RU"/>
        </w:rPr>
      </w:pPr>
      <w:r w:rsidRPr="000E5C84">
        <w:rPr>
          <w:lang w:val="ru-RU"/>
        </w:rPr>
        <w:br/>
      </w:r>
    </w:p>
    <w:sectPr w:rsidR="0037177D" w:rsidRPr="00733B5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8254605">
    <w:abstractNumId w:val="8"/>
  </w:num>
  <w:num w:numId="2" w16cid:durableId="394932698">
    <w:abstractNumId w:val="6"/>
  </w:num>
  <w:num w:numId="3" w16cid:durableId="609818889">
    <w:abstractNumId w:val="5"/>
  </w:num>
  <w:num w:numId="4" w16cid:durableId="322584333">
    <w:abstractNumId w:val="4"/>
  </w:num>
  <w:num w:numId="5" w16cid:durableId="209458560">
    <w:abstractNumId w:val="7"/>
  </w:num>
  <w:num w:numId="6" w16cid:durableId="1878855883">
    <w:abstractNumId w:val="3"/>
  </w:num>
  <w:num w:numId="7" w16cid:durableId="613637932">
    <w:abstractNumId w:val="2"/>
  </w:num>
  <w:num w:numId="8" w16cid:durableId="300503635">
    <w:abstractNumId w:val="1"/>
  </w:num>
  <w:num w:numId="9" w16cid:durableId="1242645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6C2B"/>
    <w:rsid w:val="000E5C84"/>
    <w:rsid w:val="0015074B"/>
    <w:rsid w:val="0029639D"/>
    <w:rsid w:val="00326F90"/>
    <w:rsid w:val="0037177D"/>
    <w:rsid w:val="00733B5D"/>
    <w:rsid w:val="00AA1D8D"/>
    <w:rsid w:val="00B47730"/>
    <w:rsid w:val="00CB0664"/>
    <w:rsid w:val="00EC4A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03DF9C"/>
  <w14:defaultImageDpi w14:val="300"/>
  <w15:docId w15:val="{842B7330-89B9-4995-87A2-387C93A4D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Алена Паладьева</cp:lastModifiedBy>
  <cp:revision>3</cp:revision>
  <dcterms:created xsi:type="dcterms:W3CDTF">2013-12-23T23:15:00Z</dcterms:created>
  <dcterms:modified xsi:type="dcterms:W3CDTF">2025-04-30T04:42:00Z</dcterms:modified>
  <cp:category/>
</cp:coreProperties>
</file>